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82730" w14:textId="77777777" w:rsidR="00DD7410" w:rsidRDefault="00CB6D5A">
      <w:pPr>
        <w:jc w:val="center"/>
      </w:pPr>
      <w:r>
        <w:rPr>
          <w:noProof/>
        </w:rPr>
        <w:drawing>
          <wp:inline distT="0" distB="0" distL="0" distR="0" wp14:anchorId="56B7D819" wp14:editId="65EA09CE">
            <wp:extent cx="1143000" cy="919369"/>
            <wp:effectExtent l="0" t="0" r="0" b="0"/>
            <wp:docPr id="1" name="Picture 1" descr="TR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3).png"/>
                    <pic:cNvPicPr/>
                  </pic:nvPicPr>
                  <pic:blipFill>
                    <a:blip r:embed="rId8"/>
                    <a:stretch>
                      <a:fillRect/>
                    </a:stretch>
                  </pic:blipFill>
                  <pic:spPr>
                    <a:xfrm>
                      <a:off x="0" y="0"/>
                      <a:ext cx="1143000" cy="919369"/>
                    </a:xfrm>
                    <a:prstGeom prst="rect">
                      <a:avLst/>
                    </a:prstGeom>
                  </pic:spPr>
                </pic:pic>
              </a:graphicData>
            </a:graphic>
          </wp:inline>
        </w:drawing>
      </w:r>
    </w:p>
    <w:p w14:paraId="5BB4439D" w14:textId="77777777" w:rsidR="00DD7410" w:rsidRDefault="00CB6D5A">
      <w:pPr>
        <w:pStyle w:val="Title"/>
      </w:pPr>
      <w:r>
        <w:t>AI Prompts for Linen and Uniform Sales and Marketing</w:t>
      </w:r>
    </w:p>
    <w:p w14:paraId="2D92BC72" w14:textId="77777777" w:rsidR="00DD7410" w:rsidRDefault="00CB6D5A">
      <w:r>
        <w:t>Copy a prompt, replace the brackets with your details, and adjust the result to fit your company and voice.</w:t>
      </w:r>
    </w:p>
    <w:p w14:paraId="71543628" w14:textId="77777777" w:rsidR="00DD7410" w:rsidRDefault="00CB6D5A">
      <w:pPr>
        <w:pStyle w:val="Heading2"/>
      </w:pPr>
      <w:r>
        <w:t>Getting useful results</w:t>
      </w:r>
    </w:p>
    <w:p w14:paraId="46AE8714" w14:textId="77777777" w:rsidR="00DD7410" w:rsidRDefault="00CB6D5A">
      <w:r>
        <w:t>Provide your audience, goal, facts, and desired format. Remove confidential details. Ask AI to flag missing information instead of guessing, and verify the result before using it.</w:t>
      </w:r>
    </w:p>
    <w:p w14:paraId="3080EF7F" w14:textId="77777777" w:rsidR="00DD7410" w:rsidRDefault="00CB6D5A">
      <w:pPr>
        <w:pStyle w:val="Heading1"/>
        <w:spacing w:before="100" w:after="60"/>
      </w:pPr>
      <w:r>
        <w:t>Prospect emails</w:t>
      </w:r>
    </w:p>
    <w:p w14:paraId="5D709DD2" w14:textId="77777777" w:rsidR="00DD7410" w:rsidRDefault="00CB6D5A">
      <w:r>
        <w:t>Add to each email prompt: Use a professional, friendly, direct tone, proper grammar, and no dashes. Include a subject line and one clear next step. Use only the facts provided.</w:t>
      </w:r>
    </w:p>
    <w:p w14:paraId="44637474" w14:textId="77777777" w:rsidR="00DD7410" w:rsidRDefault="00CB6D5A">
      <w:pPr>
        <w:pStyle w:val="Heading2"/>
      </w:pPr>
      <w:r>
        <w:t>1  Introduction</w:t>
      </w:r>
    </w:p>
    <w:p w14:paraId="367766F3" w14:textId="77777777" w:rsidR="00DD7410" w:rsidRDefault="00CB6D5A">
      <w:r>
        <w:t>Write an introduction email under 120 words to [name and role] at [business]. We are [company], serving [area] with [relevant services]. Connect these verified strengths [details] to [business need]. Ask whether they are the right contact.</w:t>
      </w:r>
    </w:p>
    <w:p w14:paraId="1DB545D5" w14:textId="77777777" w:rsidR="00DD7410" w:rsidRDefault="00CB6D5A">
      <w:pPr>
        <w:pStyle w:val="Heading2"/>
      </w:pPr>
      <w:r>
        <w:t>2  Meeting request</w:t>
      </w:r>
    </w:p>
    <w:p w14:paraId="4E44AFC7" w14:textId="77777777" w:rsidR="00DD7410" w:rsidRDefault="00CB6D5A">
      <w:r>
        <w:t>Write an email under 100 words requesting a 15 minute meeting with [prospect] about [need]. Highlight [verified benefit], offer [two available times], and invite them to suggest another time.</w:t>
      </w:r>
    </w:p>
    <w:p w14:paraId="3C18565C" w14:textId="77777777" w:rsidR="00DD7410" w:rsidRDefault="00CB6D5A">
      <w:pPr>
        <w:pStyle w:val="Heading2"/>
      </w:pPr>
      <w:r>
        <w:t>3  Meeting follow up</w:t>
      </w:r>
    </w:p>
    <w:p w14:paraId="0CB5E4F0" w14:textId="77777777" w:rsidR="00DD7410" w:rsidRDefault="00CB6D5A">
      <w:r>
        <w:t>Using these notes [notes], thank [name], recap their priorities, and confirm next steps, owners, and dates. Mention [proposal or samples] if discussed. Keep it under 150 words and flag missing details.</w:t>
      </w:r>
    </w:p>
    <w:p w14:paraId="391C72AD" w14:textId="77777777" w:rsidR="00DD7410" w:rsidRDefault="00CB6D5A">
      <w:pPr>
        <w:pStyle w:val="Heading2"/>
      </w:pPr>
      <w:r>
        <w:t>4  Proposal follow up</w:t>
      </w:r>
    </w:p>
    <w:p w14:paraId="13682620" w14:textId="77777777" w:rsidR="00DD7410" w:rsidRDefault="00CB6D5A">
      <w:r>
        <w:t>Follow up with [name] on the proposal sent [date] for [services]. Connect it to [customer priorities] and ask for a brief review call. Use only [approved prices and terms]. Keep it under 120 words.</w:t>
      </w:r>
    </w:p>
    <w:p w14:paraId="1D8B53D9" w14:textId="77777777" w:rsidR="00DD7410" w:rsidRDefault="00CB6D5A">
      <w:pPr>
        <w:pStyle w:val="Heading2"/>
      </w:pPr>
      <w:r>
        <w:t>5  Follow up after no response</w:t>
      </w:r>
    </w:p>
    <w:p w14:paraId="051C647B" w14:textId="77777777" w:rsidR="00DD7410" w:rsidRDefault="00CB6D5A">
      <w:r>
        <w:t>Write a polite follow up under 80 words to this email [email]. Add one useful point about [service or need] and ask whether [name] is open to a brief conversation. Avoid pressure or artificial urgency.</w:t>
      </w:r>
    </w:p>
    <w:p w14:paraId="2D478273" w14:textId="77777777" w:rsidR="00DD7410" w:rsidRDefault="00CB6D5A">
      <w:pPr>
        <w:pStyle w:val="Heading2"/>
      </w:pPr>
      <w:r>
        <w:t>6  New business that washes its own items</w:t>
      </w:r>
    </w:p>
    <w:p w14:paraId="2B643F5C" w14:textId="77777777" w:rsidR="00DD7410" w:rsidRDefault="00CB6D5A">
      <w:r>
        <w:t>Write an email under 120 words to [new business], which washes its own [items]. Ask how that process is working and offer to discuss rental. Use [verified service details] without assuming dissatisfaction or specific savings.</w:t>
      </w:r>
    </w:p>
    <w:p w14:paraId="3FDF6E22" w14:textId="77777777" w:rsidR="00DD7410" w:rsidRDefault="00CB6D5A">
      <w:pPr>
        <w:pStyle w:val="Heading2"/>
      </w:pPr>
      <w:r>
        <w:t>7  Reconnect before an agreement renewal</w:t>
      </w:r>
    </w:p>
    <w:p w14:paraId="7990F3A7" w14:textId="77777777" w:rsidR="00DD7410" w:rsidRDefault="00CB6D5A">
      <w:r>
        <w:t>Using these CRM notes [notes], ask [prospect] whether they would like to review options for [services] before their agreement renews. Use a renewal date only if confirmed. Respect their current provider and keep it under 120 words.</w:t>
      </w:r>
    </w:p>
    <w:p w14:paraId="48E03DB0" w14:textId="77777777" w:rsidR="00DD7410" w:rsidRDefault="00CB6D5A">
      <w:pPr>
        <w:pStyle w:val="Heading2"/>
      </w:pPr>
      <w:r>
        <w:t>Improve an existing draft</w:t>
      </w:r>
    </w:p>
    <w:p w14:paraId="5DAB51B1" w14:textId="77777777" w:rsidR="00DD7410" w:rsidRDefault="00CB6D5A">
      <w:r>
        <w:t>Polish this email [draft] while keeping my meaning and voice. Make it warm, direct, and concise. Correct grammar, remove repetition, and use no dashes. Do not add promises or terms.</w:t>
      </w:r>
    </w:p>
    <w:p w14:paraId="1069DB74" w14:textId="77777777" w:rsidR="00DD7410" w:rsidRDefault="00CB6D5A">
      <w:pPr>
        <w:pStyle w:val="Heading1"/>
        <w:pageBreakBefore/>
      </w:pPr>
      <w:r>
        <w:lastRenderedPageBreak/>
        <w:t>Sales conversations</w:t>
      </w:r>
    </w:p>
    <w:p w14:paraId="4814B70C" w14:textId="77777777" w:rsidR="00DD7410" w:rsidRDefault="00CB6D5A">
      <w:pPr>
        <w:pStyle w:val="Heading2"/>
      </w:pPr>
      <w:r>
        <w:t>8  Overcome customer objections</w:t>
      </w:r>
    </w:p>
    <w:p w14:paraId="5DBF3341" w14:textId="77777777" w:rsidR="00DD7410" w:rsidRDefault="00CB6D5A">
      <w:r>
        <w:t>Create responses to these objections [price, agreement length, washing items ourselves, current provider, or other concerns] for [audience]. Use [approved company facts and terms]. For each, provide an acknowledgment, a clarifying question, a brief response, and a next step. Keep it conversational. Do not promise discounts, savings, or contract changes.</w:t>
      </w:r>
    </w:p>
    <w:p w14:paraId="0B1E3409" w14:textId="77777777" w:rsidR="00DD7410" w:rsidRDefault="00CB6D5A">
      <w:pPr>
        <w:pStyle w:val="Heading2"/>
      </w:pPr>
      <w:r>
        <w:t>9  Build sales rep talk tracks</w:t>
      </w:r>
    </w:p>
    <w:p w14:paraId="20BEF492" w14:textId="77777777" w:rsidR="00DD7410" w:rsidRDefault="00CB6D5A">
      <w:r>
        <w:t>Create a sales talk track for [service] when speaking with [decision maker and business type] by [phone or in person]. Use [approved facts]. Include a 30 second opening, three discovery questions, a benefit statement tied to their answers, and a meeting request. Add a short response to [common objection]. Make it natural and easy to adapt.</w:t>
      </w:r>
    </w:p>
    <w:p w14:paraId="58B93A76" w14:textId="77777777" w:rsidR="00DD7410" w:rsidRDefault="00CB6D5A">
      <w:pPr>
        <w:pStyle w:val="Heading1"/>
        <w:spacing w:after="60"/>
      </w:pPr>
      <w:r>
        <w:t>Sales route planning</w:t>
      </w:r>
    </w:p>
    <w:p w14:paraId="5504AE43" w14:textId="77777777" w:rsidR="00DD7410" w:rsidRDefault="00CB6D5A">
      <w:r>
        <w:t>Provide addresses, visit lengths, appointment windows, and priorities. Allow for parking and notes. Verify the proposed route in a mapping tool; travel estimates need confirmation.</w:t>
      </w:r>
    </w:p>
    <w:p w14:paraId="2F9E21AC" w14:textId="77777777" w:rsidR="00DD7410" w:rsidRDefault="00CB6D5A">
      <w:pPr>
        <w:pStyle w:val="Heading2"/>
      </w:pPr>
      <w:r>
        <w:t>10  Plan a day in the field</w:t>
      </w:r>
    </w:p>
    <w:p w14:paraId="607E9B73" w14:textId="77777777" w:rsidR="00DD7410" w:rsidRDefault="00CB6D5A">
      <w:r>
        <w:t>Plan a sales day from [start address and time] to [end address and time] using [account list]. Keep [fixed appointments], allow [minutes] per visit and [break], and prioritize [criteria]. Group nearby stops to reduce backtracking. Return visit order, address, arrival time, and priority. Flag stops that do not fit. Label travel estimates; without map data, propose geographic groupings.</w:t>
      </w:r>
    </w:p>
    <w:p w14:paraId="741E6E0E" w14:textId="77777777" w:rsidR="00DD7410" w:rsidRDefault="00CB6D5A">
      <w:pPr>
        <w:pStyle w:val="Heading2"/>
      </w:pPr>
      <w:r>
        <w:t>11  Build a weekly territory plan</w:t>
      </w:r>
    </w:p>
    <w:p w14:paraId="4E7102C6" w14:textId="77777777" w:rsidR="00DD7410" w:rsidRDefault="00CB6D5A">
      <w:r>
        <w:t>Create a [number] day sales plan for [territory] from [account list with addresses, priorities, and follow up dates]. Field hours: [hours]. Admin time: [details]. Preserve fixed meetings, group nearby accounts, and prioritize overdue follow ups and hot leads. Flag missing data and scheduling conflicts.</w:t>
      </w:r>
    </w:p>
    <w:p w14:paraId="60845127" w14:textId="77777777" w:rsidR="00DD7410" w:rsidRDefault="00CB6D5A">
      <w:pPr>
        <w:pStyle w:val="Heading2"/>
      </w:pPr>
      <w:r>
        <w:t>12  Adjust when a meeting is canceled</w:t>
      </w:r>
    </w:p>
    <w:p w14:paraId="4F2A1C3C" w14:textId="77777777" w:rsidR="00DD7410" w:rsidRDefault="00CB6D5A">
      <w:r>
        <w:t>I am at [location]. My meeting was canceled, and my next appointment is [time and address]. From [prospect list], suggest nearby priority visits allowing [minutes] each plus travel and parking. Protect the next appointment and identify estimates to verify.</w:t>
      </w:r>
    </w:p>
    <w:p w14:paraId="1D8A0630" w14:textId="77777777" w:rsidR="00DD7410" w:rsidRDefault="00CB6D5A">
      <w:pPr>
        <w:pStyle w:val="Heading1"/>
        <w:spacing w:after="60"/>
      </w:pPr>
      <w:r>
        <w:t>Prospecting lists</w:t>
      </w:r>
    </w:p>
    <w:p w14:paraId="531C117D" w14:textId="77777777" w:rsidR="00DD7410" w:rsidRDefault="00CB6D5A">
      <w:r>
        <w:t>Add to each research prompt: Use current web sources and return a spreadsheet ready table with name, category, address, public phone, website, publicly listed business contact and role, potential needs, source links, and date checked. Remove duplicates, preserve separate locations, and mark missing details as Not found. Treat product fit as a hypothesis. If browsing is unavailable, say so. Do not invent contacts or email addresses.</w:t>
      </w:r>
    </w:p>
    <w:p w14:paraId="76D7CF22" w14:textId="77777777" w:rsidR="00DD7410" w:rsidRDefault="00CB6D5A">
      <w:pPr>
        <w:pStyle w:val="Heading2"/>
      </w:pPr>
      <w:r>
        <w:t>13  Food and beverage prospects</w:t>
      </w:r>
    </w:p>
    <w:p w14:paraId="50324CAD" w14:textId="77777777" w:rsidR="00DD7410" w:rsidRDefault="00CB6D5A">
      <w:r>
        <w:t>Research up to [number] active restaurants, caterers, event venues, and independent hotels in [area]. Prioritize [business types] and exclude [current customers and other exclusions]. Identify potential linen or facility service needs using the research instructions above.</w:t>
      </w:r>
    </w:p>
    <w:p w14:paraId="34B47678" w14:textId="77777777" w:rsidR="00DD7410" w:rsidRDefault="00CB6D5A">
      <w:pPr>
        <w:pStyle w:val="Heading2"/>
      </w:pPr>
      <w:r>
        <w:t>14  Nonacute healthcare prospects</w:t>
      </w:r>
    </w:p>
    <w:p w14:paraId="0A31A979" w14:textId="77777777" w:rsidR="00DD7410" w:rsidRDefault="00CB6D5A">
      <w:r>
        <w:t>Research up to [number] nonacute healthcare facilities in [area], including urgent care, imaging, therapy, GI, outpatient surgery, dermatology, and dental offices. Prioritize [specialties]; exclude acute hospitals and [other exclusions]. Use the research instructions above.</w:t>
      </w:r>
    </w:p>
    <w:p w14:paraId="2E3F2C33" w14:textId="77777777" w:rsidR="00DD7410" w:rsidRDefault="00CB6D5A">
      <w:pPr>
        <w:pStyle w:val="Heading2"/>
      </w:pPr>
      <w:r>
        <w:t>15  Uniform rental prospects</w:t>
      </w:r>
    </w:p>
    <w:p w14:paraId="488F5E91" w14:textId="77777777" w:rsidR="00DD7410" w:rsidRDefault="00CB6D5A">
      <w:r>
        <w:t>Research up to [number] businesses in [area] within [automotive, manufacturing, food production, or other industries] that may need uniform rental. Apply [qualifying criteria] and exclude [accounts]. Use the research instructions above. Leave employee counts and current providers unknown unless verified.</w:t>
      </w:r>
    </w:p>
    <w:p w14:paraId="3F2BC9CD" w14:textId="77777777" w:rsidR="00DD7410" w:rsidRDefault="00CB6D5A">
      <w:pPr>
        <w:pStyle w:val="Heading2"/>
      </w:pPr>
      <w:r>
        <w:t>Clean an existing list</w:t>
      </w:r>
    </w:p>
    <w:p w14:paraId="0DE9913F" w14:textId="77777777" w:rsidR="00DD7410" w:rsidRDefault="00CB6D5A">
      <w:r>
        <w:t>Clean this list [list] for duplicate locations and incomplete fields. Preserve separate branches. Return the cleaned list and records needing verification. Use only the supplied data.</w:t>
      </w:r>
    </w:p>
    <w:p w14:paraId="5475D435" w14:textId="77777777" w:rsidR="00DD7410" w:rsidRDefault="00CB6D5A">
      <w:pPr>
        <w:pStyle w:val="Heading1"/>
        <w:pageBreakBefore/>
        <w:spacing w:after="60"/>
      </w:pPr>
      <w:r>
        <w:lastRenderedPageBreak/>
        <w:t>Social media posts</w:t>
      </w:r>
    </w:p>
    <w:p w14:paraId="475AE98B" w14:textId="77777777" w:rsidR="00DD7410" w:rsidRDefault="00CB6D5A">
      <w:r>
        <w:t>Provide your audience, platform, goal, and approved facts. Use a professional, conversational tone and no dashes. Do not invent claims, statistics, or testimonials.</w:t>
      </w:r>
    </w:p>
    <w:p w14:paraId="05BE4FBE" w14:textId="77777777" w:rsidR="00DD7410" w:rsidRDefault="00CB6D5A">
      <w:pPr>
        <w:pStyle w:val="Heading2"/>
      </w:pPr>
      <w:r>
        <w:t>16  Promote a service</w:t>
      </w:r>
    </w:p>
    <w:p w14:paraId="7105E21E" w14:textId="77777777" w:rsidR="00DD7410" w:rsidRDefault="00CB6D5A">
      <w:r>
        <w:t>Write three [platform] captions for [company], promoting [service] to [audience] in [area]. Use [approved facts], focus on [need], and invite readers to [action]. Keep each under [word count] words. Include [number] hashtags and a photo idea.</w:t>
      </w:r>
    </w:p>
    <w:p w14:paraId="09C09EA6" w14:textId="77777777" w:rsidR="00DD7410" w:rsidRDefault="00CB6D5A">
      <w:pPr>
        <w:pStyle w:val="Heading2"/>
      </w:pPr>
      <w:r>
        <w:t>17  Create a month of content</w:t>
      </w:r>
    </w:p>
    <w:p w14:paraId="3D93029F" w14:textId="77777777" w:rsidR="00DD7410" w:rsidRDefault="00CB6D5A">
      <w:r>
        <w:t>Create a four week plan with [number] posts per week for [company] on [platforms]. Audience: [audience]. Use [services, approved facts, and available photos]. Mix education, team features, real customer stories, and [seasonal topic]. Return week, topic, caption, photo idea, and call to action.</w:t>
      </w:r>
    </w:p>
    <w:p w14:paraId="4BD87011" w14:textId="77777777" w:rsidR="00DD7410" w:rsidRDefault="00CB6D5A">
      <w:pPr>
        <w:pStyle w:val="Heading2"/>
      </w:pPr>
      <w:r>
        <w:t>18  Turn a real story into a post</w:t>
      </w:r>
    </w:p>
    <w:p w14:paraId="49502201" w14:textId="77777777" w:rsidR="00DD7410" w:rsidRDefault="00CB6D5A">
      <w:r>
        <w:t>Turn [approved customer problem, solution, and verified result] into a [platform] post under [word count] words. Name the customer only with permission. Invite readers to [action] and suggest an image with alt text.</w:t>
      </w:r>
    </w:p>
    <w:p w14:paraId="2235546F" w14:textId="77777777" w:rsidR="00DD7410" w:rsidRDefault="00CB6D5A">
      <w:pPr>
        <w:pStyle w:val="Heading2"/>
      </w:pPr>
      <w:r>
        <w:t>Adapt a post for another audience</w:t>
      </w:r>
    </w:p>
    <w:p w14:paraId="72F4F885" w14:textId="77777777" w:rsidR="00DD7410" w:rsidRDefault="00CB6D5A">
      <w:r>
        <w:t>Adapt this post [post] for [audience] on [platform]. Preserve the facts, emphasize [need], and keep it under [word count] words with a clear next step.</w:t>
      </w:r>
    </w:p>
    <w:p w14:paraId="3AEEEA1F" w14:textId="77777777" w:rsidR="00DD7410" w:rsidRDefault="00CB6D5A">
      <w:pPr>
        <w:pStyle w:val="Heading1"/>
        <w:spacing w:after="60"/>
      </w:pPr>
      <w:r>
        <w:t>Photo generation for social media</w:t>
      </w:r>
    </w:p>
    <w:p w14:paraId="7A987F00" w14:textId="77777777" w:rsidR="00DD7410" w:rsidRDefault="00CB6D5A">
      <w:r>
        <w:t>Add to each image prompt: Use a [4:5 portrait or 1:1 square] crop, believable details, and open space on [side] for a headline. Include no text, logos, or watermarks. Add your real logo and final text in your design tool.</w:t>
      </w:r>
    </w:p>
    <w:p w14:paraId="474D17BD" w14:textId="77777777" w:rsidR="00DD7410" w:rsidRDefault="00CB6D5A">
      <w:pPr>
        <w:pStyle w:val="Heading2"/>
      </w:pPr>
      <w:r>
        <w:t>19  Restaurant linen photo</w:t>
      </w:r>
    </w:p>
    <w:p w14:paraId="7394877F" w14:textId="77777777" w:rsidR="00DD7410" w:rsidRDefault="00CB6D5A">
      <w:r>
        <w:t>Create a realistic promotional photo of a restaurant table with crisp [color] napkins, [tablecloth details], polished glassware, and warm natural light. Show believable fabric textures. Use the image instructions above.</w:t>
      </w:r>
    </w:p>
    <w:p w14:paraId="241F0B2D" w14:textId="77777777" w:rsidR="00DD7410" w:rsidRDefault="00CB6D5A">
      <w:pPr>
        <w:pStyle w:val="Heading2"/>
      </w:pPr>
      <w:r>
        <w:t>20  Uniform rental photo</w:t>
      </w:r>
    </w:p>
    <w:p w14:paraId="55FC7086" w14:textId="77777777" w:rsidR="00DD7410" w:rsidRDefault="00CB6D5A">
      <w:r>
        <w:t>Create a realistic promotional photo for uniform rental serving [industry]. Show [number] workers wearing clean, well fitted [uniform description] in a tidy [workplace] with natural light and realistic hands. Use the image instructions above.</w:t>
      </w:r>
    </w:p>
    <w:p w14:paraId="5075A0D7" w14:textId="77777777" w:rsidR="00DD7410" w:rsidRDefault="00CB6D5A">
      <w:pPr>
        <w:pStyle w:val="Heading2"/>
      </w:pPr>
      <w:r>
        <w:t>21  Towels and aprons photo</w:t>
      </w:r>
    </w:p>
    <w:p w14:paraId="4BA841FB" w14:textId="77777777" w:rsidR="00DD7410" w:rsidRDefault="00CB6D5A">
      <w:r>
        <w:t>Create a realistic product photo of neatly folded [color] bar towels beside clean [color] aprons on a tidy commercial kitchen counter. Use soft lighting and believable fabric textures. Use the image instructions above.</w:t>
      </w:r>
    </w:p>
    <w:p w14:paraId="10F806EA" w14:textId="77777777" w:rsidR="00DD7410" w:rsidRDefault="00CB6D5A">
      <w:pPr>
        <w:pStyle w:val="Heading2"/>
      </w:pPr>
      <w:r>
        <w:t>22  Facility services photo</w:t>
      </w:r>
    </w:p>
    <w:p w14:paraId="162DF27D" w14:textId="77777777" w:rsidR="00DD7410" w:rsidRDefault="00CB6D5A">
      <w:r>
        <w:t>Create two coordinated promotional photos: a clean business entrance with a plain commercial mat, and a tidy restroom with [dispensers]. Keep lighting consistent and products and installation details believable. Use the image instructions above.</w:t>
      </w:r>
    </w:p>
    <w:p w14:paraId="7BBC50B7" w14:textId="77777777" w:rsidR="00DD7410" w:rsidRDefault="00CB6D5A">
      <w:pPr>
        <w:pStyle w:val="Heading2"/>
      </w:pPr>
      <w:r>
        <w:t>Review the image before posting</w:t>
      </w:r>
    </w:p>
    <w:p w14:paraId="02717C3D" w14:textId="77777777" w:rsidR="00DD7410" w:rsidRDefault="00CB6D5A">
      <w:r>
        <w:t>Check product details before posting. Use real photos when exact specifications matter. Present generated scenes as promotional illustrations rather than photos of actual customers or facilities.</w:t>
      </w:r>
    </w:p>
    <w:sectPr w:rsidR="00DD7410" w:rsidSect="00034616">
      <w:footerReference w:type="default" r:id="rId9"/>
      <w:pgSz w:w="12240" w:h="15840"/>
      <w:pgMar w:top="720" w:right="1080" w:bottom="720" w:left="1080" w:header="288"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7A89C" w14:textId="77777777" w:rsidR="00CB6D5A" w:rsidRDefault="00CB6D5A">
      <w:pPr>
        <w:spacing w:after="0"/>
      </w:pPr>
      <w:r>
        <w:separator/>
      </w:r>
    </w:p>
  </w:endnote>
  <w:endnote w:type="continuationSeparator" w:id="0">
    <w:p w14:paraId="22A6525D" w14:textId="77777777" w:rsidR="00CB6D5A" w:rsidRDefault="00CB6D5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F4DF3" w14:textId="77777777" w:rsidR="00DD7410" w:rsidRDefault="00CB6D5A">
    <w:pPr>
      <w:pStyle w:val="Footer"/>
      <w:jc w:val="right"/>
    </w:pPr>
    <w:r>
      <w:rPr>
        <w:color w:val="666666"/>
        <w:sz w:val="16"/>
      </w:rPr>
      <w:t xml:space="preserve">TRSA Sales and Marketing </w:t>
    </w:r>
    <w:proofErr w:type="gramStart"/>
    <w:r>
      <w:rPr>
        <w:color w:val="666666"/>
        <w:sz w:val="16"/>
      </w:rPr>
      <w:t>Summit  |</w:t>
    </w:r>
    <w:proofErr w:type="gramEnd"/>
    <w:r>
      <w:rPr>
        <w:color w:val="666666"/>
        <w:sz w:val="16"/>
      </w:rPr>
      <w:t xml:space="preserve">  </w:t>
    </w:r>
    <w:r>
      <w:fldChar w:fldCharType="begin"/>
    </w:r>
    <w:r>
      <w:instrText>PAGE</w:instrText>
    </w:r>
    <w:r>
      <w:fldChar w:fldCharType="separate"/>
    </w:r>
    <w:r w:rsidR="001459C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0DC2D" w14:textId="77777777" w:rsidR="00CB6D5A" w:rsidRDefault="00CB6D5A">
      <w:pPr>
        <w:spacing w:after="0"/>
      </w:pPr>
      <w:r>
        <w:separator/>
      </w:r>
    </w:p>
  </w:footnote>
  <w:footnote w:type="continuationSeparator" w:id="0">
    <w:p w14:paraId="2E93E797" w14:textId="77777777" w:rsidR="00CB6D5A" w:rsidRDefault="00CB6D5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17191666">
    <w:abstractNumId w:val="8"/>
  </w:num>
  <w:num w:numId="2" w16cid:durableId="1303196401">
    <w:abstractNumId w:val="6"/>
  </w:num>
  <w:num w:numId="3" w16cid:durableId="1396050416">
    <w:abstractNumId w:val="5"/>
  </w:num>
  <w:num w:numId="4" w16cid:durableId="2117560570">
    <w:abstractNumId w:val="4"/>
  </w:num>
  <w:num w:numId="5" w16cid:durableId="403378610">
    <w:abstractNumId w:val="7"/>
  </w:num>
  <w:num w:numId="6" w16cid:durableId="970791526">
    <w:abstractNumId w:val="3"/>
  </w:num>
  <w:num w:numId="7" w16cid:durableId="387189044">
    <w:abstractNumId w:val="2"/>
  </w:num>
  <w:num w:numId="8" w16cid:durableId="205989216">
    <w:abstractNumId w:val="1"/>
  </w:num>
  <w:num w:numId="9" w16cid:durableId="1235748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59C2"/>
    <w:rsid w:val="0015074B"/>
    <w:rsid w:val="0029639D"/>
    <w:rsid w:val="00326F90"/>
    <w:rsid w:val="008A037C"/>
    <w:rsid w:val="00AA1D8D"/>
    <w:rsid w:val="00B47730"/>
    <w:rsid w:val="00CB0664"/>
    <w:rsid w:val="00CB6D5A"/>
    <w:rsid w:val="00DD74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D75B95"/>
  <w14:defaultImageDpi w14:val="300"/>
  <w15:docId w15:val="{93D87BF8-E781-4F51-953D-A31E26E5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ED1430"/>
      <w:sz w:val="30"/>
      <w:szCs w:val="28"/>
    </w:rPr>
  </w:style>
  <w:style w:type="paragraph" w:styleId="Heading2">
    <w:name w:val="heading 2"/>
    <w:basedOn w:val="Normal"/>
    <w:next w:val="Normal"/>
    <w:link w:val="Heading2Char"/>
    <w:uiPriority w:val="9"/>
    <w:unhideWhenUsed/>
    <w:qFormat/>
    <w:rsid w:val="00FC693F"/>
    <w:pPr>
      <w:keepNext/>
      <w:keepLines/>
      <w:spacing w:before="100"/>
      <w:outlineLvl w:val="1"/>
    </w:pPr>
    <w:rPr>
      <w:rFonts w:asciiTheme="majorHAnsi" w:eastAsiaTheme="majorEastAsia" w:hAnsiTheme="majorHAnsi" w:cstheme="majorBidi"/>
      <w:b/>
      <w:bCs/>
      <w:color w:val="ED143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ED14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ED143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ED143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ED143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ED143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ED143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ED143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ED143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ED143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ED1430"/>
    </w:rPr>
  </w:style>
  <w:style w:type="paragraph" w:styleId="Title">
    <w:name w:val="Title"/>
    <w:basedOn w:val="Normal"/>
    <w:next w:val="Normal"/>
    <w:link w:val="TitleChar"/>
    <w:uiPriority w:val="10"/>
    <w:qFormat/>
    <w:rsid w:val="00FC693F"/>
    <w:pPr>
      <w:contextualSpacing/>
    </w:pPr>
    <w:rPr>
      <w:rFonts w:asciiTheme="majorHAnsi" w:eastAsiaTheme="majorEastAsia" w:hAnsiTheme="majorHAnsi" w:cstheme="majorBidi"/>
      <w:b/>
      <w:color w:val="ED143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ED143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ED143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ED143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ED143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ED143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ED143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ED1430"/>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1317</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Prompts for Linen and Uniform Sales and Marketing</dc:title>
  <dc:subject>TRSA Sales and Marketing Summit prompt handout</dc:subject>
  <dc:creator>Katy Quinn</dc:creator>
  <cp:keywords/>
  <dc:description>generated by python-docx</dc:description>
  <cp:lastModifiedBy>Katy Baughman</cp:lastModifiedBy>
  <cp:revision>2</cp:revision>
  <dcterms:created xsi:type="dcterms:W3CDTF">2026-10-08T20:05:00Z</dcterms:created>
  <dcterms:modified xsi:type="dcterms:W3CDTF">2026-10-08T20:05:00Z</dcterms:modified>
  <cp:category/>
</cp:coreProperties>
</file>